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b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/b/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bat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together.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b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c, k, ck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/k/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cat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Back of tongue up. Quick puff.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c, k, ck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d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/d/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dog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taps behind teeth.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d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f, ph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/f/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fan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Top teeth touch bottom lip. Blow air.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f, ph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g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/g/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go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Back of tongue up.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g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h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/h/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hat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Open mouth. Push air out.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h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j, g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/j/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jam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Start with /d/, release to /zh/.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j, g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l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/l/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leg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lifts to ridge behind teeth.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l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1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m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/m/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man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together. Hum.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m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n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/n/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net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up. Air through nose.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n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p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/p/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pig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together. Quick puff. Voice off.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p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r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/r/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red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round a bit. Tongue pulls back.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r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s, c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/s/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sun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Teeth close. Air snakes out.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s, c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t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/t/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top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taps behind teeth. Voice off.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t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v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/v/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van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Top teeth touch bottom lip.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v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w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/w/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web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Round lips, then open.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w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2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y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/y/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yes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Middle of tongue lifts.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y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z, s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/z/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zip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Like /s/ but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z, s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ch, tch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/ch/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chip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near ridge. Quick stop + push.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ch, tch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sh, ti, ci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/sh/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ship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a bit round. Air pushes out.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sh, ti, ci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th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28"/>
              </w:rPr>
              <w:t>/th/ voiceless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thumb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between teeth. Blow air.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th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th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28"/>
              </w:rPr>
              <w:t>/th/ voiced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this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between teeth.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th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ng, n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/ng/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ring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Back of tongue up. Air through nose.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ng, 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s, si, ge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/zh/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vision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near ridge. Voice on.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s, si, ge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3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a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/ă/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apple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Mouth open. Jaw relaxed.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e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/ĕ/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egg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Mouth slightly open. Short sound.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e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i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/ĭ/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itch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relaxed. Short sound.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i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o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/ŏ/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octopus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Jaw open. Lips relaxed.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u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/ŭ/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up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Jaw relaxed. Short sound.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u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a, a_e, ai, ay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/ā/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apron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Say the long name of a.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a, a_e, ai, ay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e, e_e, ee, ea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/ē/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even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Say the long name of e.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e, e_e, ee, ea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i, i_e, igh, y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/ī/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item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Say the long name of i.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i, i_e, igh, y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4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o, o_e, oa, ow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/ō/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open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Round lips lightly.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o, o_e, oa, ow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u, u_e, ew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/yoo/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music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Start with /y/, glide to /oo/.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u, u_e, ew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oo, u, ew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/oo/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moon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round tight.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oo, u, ew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oo, u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/ʊ/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book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Lips round, but shorter.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oo, u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oi, oy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/oi/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coin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Open then round lips.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oi, oy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ou, ow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/ow/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cloud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Open then round lips.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ou, ow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er, ir, ur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/ər/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her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Tongue pulls back. R-colored.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er, ir, ur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4"/>
              </w:rPr>
              <w:t>ar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/ar/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car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Open mouth, then /r/.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ar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5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Teacher Sound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or, ore, oar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/or/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fork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Round lips, then /r/.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or, ore, oar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aw, au, al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/aw/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saw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Jaw open. Lips round lightly.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aw, au, al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air, are, ear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8"/>
              </w:rPr>
              <w:t>/air/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chair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Open to /air/.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air, are, ear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a, e, i, o, u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28"/>
              </w:rPr>
              <w:t>/ə/ schwa</w:t>
            </w:r>
          </w:p>
          <w:p>
            <w:pPr>
              <w:spacing w:before="0" w:after="8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44"/>
              </w:rPr>
              <w:t>about</w:t>
            </w:r>
          </w:p>
          <w:p>
            <w:pPr>
              <w:spacing w:before="0" w:after="2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4"/>
              </w:rPr>
              <w:t>Relaxed, quick /uh/.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21"/>
              </w:rPr>
              <w:t>Spellings: a, e, i, o, u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6 of 6</w:t>
      </w:r>
    </w:p>
    <w:sectPr w:rsidR="00FC693F" w:rsidRPr="0006063C" w:rsidSect="00034616">
      <w:pgSz w:w="12240" w:h="15840"/>
      <w:pgMar w:top="619" w:right="634" w:bottom="619" w:left="634" w:header="288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omic Neue" w:hAnsi="Comic Neu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