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Student Practice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b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/b/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bat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c, k, ck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/k/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cat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d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/d/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dog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f, ph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/f/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fan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g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/g/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go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h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/h/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hat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j, g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/j/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jam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l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/l/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leg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1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Student Practice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m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/m/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man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n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/n/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net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p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/p/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pig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r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/r/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red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s, c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/s/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sun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t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/t/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top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v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/v/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van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w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/w/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web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2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Student Practice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y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/y/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yes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z, s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/z/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zip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ch, tch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/ch/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chip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sh, ti, ci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/sh/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ship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th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4"/>
              </w:rPr>
              <w:t>/th/ voiceless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thumb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th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4"/>
              </w:rPr>
              <w:t>/th/ voiced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this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ng, n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/ng/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ring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s, si, ge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/zh/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vision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3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Student Practice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a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/ă/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apple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e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/ĕ/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egg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i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/ĭ/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itch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o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/ŏ/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octopus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u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/ŭ/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up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a, a_e, ai, ay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/ā/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apron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e, e_e, ee, ea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/ē/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even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i, i_e, igh, y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/ī/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item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4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Student Practice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o, o_e, oa, ow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/ō/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open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u, u_e, ew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/yoo/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music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oo, u, ew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/oo/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moon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oo, u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/ʊ/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book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oi, oy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/oi/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coin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ou, ow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/ow/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cloud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er, ir, ur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/ər/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her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76"/>
              </w:rPr>
              <w:t>ar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/ar/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car</w:t>
            </w:r>
          </w:p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5 of 6</w:t>
      </w:r>
    </w:p>
    <w:p>
      <w:r>
        <w:rPr>
          <w:rFonts w:ascii="Comic Neue" w:hAnsi="Comic Neue" w:eastAsia="Comic Neue" w:cs="Comic Neue"/>
        </w:rPr>
        <w:br w:type="page"/>
      </w:r>
    </w:p>
    <w:p>
      <w:pPr>
        <w:spacing w:after="20"/>
        <w:jc w:val="center"/>
      </w:pPr>
      <w:r>
        <w:rPr>
          <w:rFonts w:ascii="Comic Neue" w:hAnsi="Comic Neue" w:eastAsia="Comic Neue" w:cs="Comic Neue"/>
          <w:b w:val="0"/>
          <w:color w:val="161616"/>
          <w:sz w:val="34"/>
        </w:rPr>
        <w:t>READING FOUNDATIONS</w:t>
      </w:r>
    </w:p>
    <w:p>
      <w:pPr>
        <w:spacing w:after="180"/>
        <w:jc w:val="center"/>
      </w:pPr>
      <w:r>
        <w:rPr>
          <w:rFonts w:ascii="Comic Neue" w:hAnsi="Comic Neue" w:eastAsia="Comic Neue" w:cs="Comic Neue"/>
          <w:b/>
          <w:color w:val="161616"/>
          <w:sz w:val="23"/>
        </w:rPr>
        <w:t>CHECK 2  |  Student Practice Cards  |  8 per page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86"/>
        <w:gridCol w:w="5486"/>
      </w:tblGrid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or, ore, oar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/or/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fork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aw, au, al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/aw/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saw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air, are, ear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42"/>
              </w:rPr>
              <w:t>/air/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chair</w:t>
            </w:r>
          </w:p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before="0" w:after="6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58"/>
              </w:rPr>
              <w:t>a, e, i, o, u</w:t>
            </w:r>
          </w:p>
          <w:p>
            <w:pPr>
              <w:spacing w:before="0" w:after="120" w:line="252" w:lineRule="auto"/>
              <w:jc w:val="center"/>
            </w:pPr>
            <w:r>
              <w:rPr>
                <w:rFonts w:ascii="Comic Neue" w:hAnsi="Comic Neue" w:eastAsia="Comic Neue" w:cs="Comic Neue"/>
                <w:b/>
                <w:color w:val="161616"/>
                <w:sz w:val="34"/>
              </w:rPr>
              <w:t>/ə/ schwa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omic Neue" w:hAnsi="Comic Neue" w:eastAsia="Comic Neue" w:cs="Comic Neue"/>
                <w:b w:val="0"/>
                <w:color w:val="161616"/>
                <w:sz w:val="54"/>
              </w:rPr>
              <w:t>about</w:t>
            </w:r>
          </w:p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rPr>
          <w:trHeight w:val="3125" w:hRule="exact"/>
        </w:trPr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5443"/>
            <w:vAlign w:val="center"/>
            <w:tcBorders>
              <w:top w:val="dotted" w:sz="9" w:color="555555" w:space="0"/>
              <w:left w:val="dotted" w:sz="9" w:color="555555" w:space="0"/>
              <w:bottom w:val="dotted" w:sz="9" w:color="555555" w:space="0"/>
              <w:right w:val="dotted" w:sz="9" w:color="555555" w:space="0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</w:tbl>
    <w:p>
      <w:pPr>
        <w:spacing w:before="140"/>
        <w:jc w:val="center"/>
      </w:pPr>
      <w:r>
        <w:rPr>
          <w:rFonts w:ascii="Comic Neue" w:hAnsi="Comic Neue" w:eastAsia="Comic Neue" w:cs="Comic Neue"/>
          <w:b w:val="0"/>
          <w:color w:val="161616"/>
          <w:sz w:val="18"/>
        </w:rPr>
        <w:t>Reading Foundations • Teacher-directed letter–sound practice • Page 6 of 6</w:t>
      </w:r>
    </w:p>
    <w:sectPr w:rsidR="00FC693F" w:rsidRPr="0006063C" w:rsidSect="00034616">
      <w:pgSz w:w="12240" w:h="15840"/>
      <w:pgMar w:top="619" w:right="634" w:bottom="619" w:left="634" w:header="288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omic Neue" w:hAnsi="Comic Neu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